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משחקי גיבוש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קריטריונים לסינון משחקי גיבוש (מקום, זמן, גודל קבוצה)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משחק למטרה החברתית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משחק מתאים למגבלות נתונות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המפה העיוורת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מרוץ השליחים השקט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המשחק מתאים לכל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המטרה של המשחק היא ריכוז, קשב ורוגע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בזמן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המפה העיוורת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החלטות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משחק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(לתכנן ולבנות יחד במשאבים מוגבלים)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(תקשורת מדויקת והקשבה)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(התבוננות ותשומת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(קבלת החלטות ומשא ומתן)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תכנון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אפשרית: "הנחש העיוור" או "הקשר שמתיר את עצמו" - כי הם דורשים הובלה, סבלנות והסתמכות על האחר.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מקום, זמן וגודל קבוצה (אפשר גם צורך במגע)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המפה העיוורת, הגשר מנייר או קופסת המשימות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משחק עם הכנה קלה דורש הכנת ציוד פשוט מראש, ואילו משחק בלי הכנה אפשר להתחיל בו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הדף בזוגות כדי לחזק גם שיתוף פעולה תוך כדי הלמידה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כל תשובה למשחק האמיתי מהבנק ולהדגים אותו בקצרה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נימוק מבוסס על הקריטריונים שנלמדו ולא רק בחירה חופשית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בנק משחקי גיבוש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מוצג בנק של 40 משחקי גיבוש לכיתה, שאפשר לסנן לפי מקום, זמן, גודל קבוצה וצורך במגע או בהכנה. בדף זה נתרגל להכיר את סוגי המשחקים ואת הקריטריונים לבחירה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החלטות  ·  המפה העיוורת  ·  10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משחק מיועד לזוגות ולא לקבוצה גדולה?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המפה העיוורת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הגשר מנייר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פאזל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זמן אורך המשחק "סופרים עד 20"?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משחק מתאים לחוץ ודורש הכנה קלה?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מרוץ השליחים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הזרם השקט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 המנהיג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"כולם על הכיסאות" מתאים לקבוצות קטנות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"הזרם השקט" עוסק בריכוז ובקשב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"הגשר מנייר" אורך 30 דקות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המשחק __________ עוסק בתקשורת מדויקת ומתאים לזוגות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במשחק "האי הבודד" מתרגלים קבלת __________ בקבוצה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המשחק "הזרם השקט" אורך __________ דקות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משחק למטרה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הגשר מנייר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התבוננות ותשומת 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המפה העיוורת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קבלת החלטות ומשא ומתן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 המנהיג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לתכנן ולבנות יחד במשאבים מוגבלים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האי הבודד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תקשורת מדויקת והקשבה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תכנון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משחק אחד מהבנק שלדעתכם הכי מתאים לחיזוק אמון בין תלמידים, ונמקו את הבחירה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שלושה קריטריונים שלפיהם אפשר לסנן משחקים בבנק?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למשחק שמתאים לקבוצות קטנות ולא לכל הכיתה.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בנק משחקי גיבוש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