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בנק משחקי גיבוש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קריטריונים לסינון משחקי גיבוש (מקום, זמן, גודל קבוצה)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משחק למטרה החברתית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משחק מתאים למגבלות נתונות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המפה העיוורת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מרוץ השליחים השקט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קבלת החלטות ומשא ומתן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הזרם השקט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גודל הקבוצה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המשחק מתאים לכל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המטרה של המשחק היא ריכוז, קשב ורוגע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בזמן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המשחק מסומן כ"בלי מגע"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המטרה המוצהרת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המשחק מתבצע בחוץ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המפה העיוורת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החלטות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משחק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(לתכנן ולבנות יחד במשאבים מוגבלים)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(תקשורת מדויקת והקשבה)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(התבוננות ותשומת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(קבלת החלטות ומשא ומתן)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(לעזור שאף אחד לא יישאר מחוץ לקבוצה)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תכנון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תבחר משחק שמתאים ל-15 דקות, לכל הכיתה ולא דורש הכנה (למשל "הקשר שמתיר את עצמו"), ותסביר את ההתאמה לכל אחד מהתנאים.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אפשרית: "הנחש העיוור" או "הקשר שמתיר את עצמו" - כי הם דורשים הובלה, סבלנות והסתמכות על האחר.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מקום, זמן וגודל קבוצה (אפשר גם צורך במגע)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המפה העיוורת, הגשר מנייר או קופסת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עם הכנה קלה דורש הכנת ציוד פשוט מראש, ואילו משחק בלי הכנה אפשר להתחיל בו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הדף בזוגות כדי לחזק גם שיתוף פעולה תוך כדי 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כל תשובה למשחק האמיתי מהבנק ולהדגים אותו בקצרה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נימוק מבוסס על הקריטריונים שנלמדו ולא רק בחירה חופשית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בנק משחקי גיבוש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יש הרבה משחקים שעוזרים לכיתה להרגיש מחוברת יותר. אפשר לבחור משחק לפי המקום, הזמן וגודל הקבוצה. בדף הזה נתרגל להכיר את המשחקים.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גיבוש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שמחזקת את הקשר בין חברי 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קריטריון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תנאי שלפיו בוחרים דבר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הכנה קלה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להכין מעט ציוד לפני תחילת המשחק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בלי מגע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לא דורש נגיעה בין המשתתפים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גיל של תלמידים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 הכיתה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התלמידים משתתפים יחד באותו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קבוצות קטנות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מחלקים את הכיתה לכמה קבוצות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משחק מתאים לשני תלמידים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המפה העיוורת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הגשר מנייר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פאזל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דקות לוקח המשחק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משחק משחקים בחוץ?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מרוץ השליחים השקט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הזרם השקט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המנהיג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במילה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לומדים במשחק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קבלת החלטות ומשא ומתן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זכירת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ריכוז וקשב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תקשורת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משחק אפשר לשחק בלי להכין כלום?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הזרם השקט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הגשר מנייר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המגדל הגבוה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קופסת המשימות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לפי מה אפשר לסנן משחקים בעמוד?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 השיער של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גודל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החלונות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היום בשבוע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"כולם על הכיסאות" מתאים לקבוצות קטנות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"הזרם השקט" עוסק בריכוז ובקשב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"הגשר מנייר" אורך 30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"מי המנהיג" דורש מגע בין המשתתפים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"פאזל כיתתי" נועד לגרום לכל תלמיד להרגיש חלק חשוב מהשלם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"מרוץ השליחים השקט" מתבצע בתוך 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המשחק __________ עוסק בתקשורת מדויקת ומתאים לזוגות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במשחק "האי הבודד" מתרגלים קבלת __________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המשחק "הזרם השקט" אורך __________ דקות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במשחק "פאזל כיתתי" לומדים שכל אחד הוא __________ חשוב מהשלם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משחק שמסומן כ"__________ קלה" דורש ציוד פשוט מראש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משחק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הגשר מנייר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לעזור שאף אחד לא יישאר מחוץ לקבוצה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המפה העיוורת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לתכנן ולבנות יחד במשאבים מוגבלים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 המנהיג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תקשורת מדויקת והקשבה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האי הבודד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התבוננות ותשומת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כולם על הכיסאות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קבלת החלטות ומשא ומתן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תכנון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שיש לכם 15 דקות בלבד, כל הכיתה משתתפת, ואין אפשרות להכין משהו מראש. בחרו משחק מתאים מהבנק והסבירו מדוע הוא עונה על כל התנאים.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משחק אחד מהבנק שלדעתכם הכי מתאים לחיזוק אמון בין תלמידים, ונמקו את הבחירה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קריטריונים שלפיהם אפשר לסנן משחקים בבנק?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למשחק שמתאים לקבוצות קטנות ולא לכל הכיתה.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משחק עם "הכנה קלה" למשחק "בלי הכנה"?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בנק משחקי גיבוש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